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E329" w14:textId="77777777" w:rsidR="005C777E" w:rsidRDefault="007E58E0">
      <w:pPr>
        <w:pStyle w:val="Heading1"/>
      </w:pPr>
      <w:r>
        <w:t>Ejercicios de Razonamiento Lógico - Conclusiones Resueltas</w:t>
      </w:r>
    </w:p>
    <w:p w14:paraId="5A4C7236" w14:textId="77777777" w:rsidR="005C777E" w:rsidRDefault="007E58E0">
      <w:pPr>
        <w:pStyle w:val="ListNumber"/>
      </w:pPr>
      <w:r>
        <w:t>Ejercicio 1:</w:t>
      </w:r>
    </w:p>
    <w:p w14:paraId="41C6650C" w14:textId="77777777" w:rsidR="005C777E" w:rsidRDefault="007E58E0">
      <w:pPr>
        <w:ind w:left="360"/>
      </w:pPr>
      <w:r>
        <w:t xml:space="preserve">    Premisa 1: Solo si obtengo más del 50% de asistencias de todo el curso, entonces tengo derecho al examen final.</w:t>
      </w:r>
    </w:p>
    <w:p w14:paraId="731F589F" w14:textId="77777777" w:rsidR="005C777E" w:rsidRDefault="007E58E0">
      <w:pPr>
        <w:ind w:left="360"/>
      </w:pPr>
      <w:r>
        <w:t xml:space="preserve">    Premisa 2: Tengo más del 50% de asistencias de todo el curso.</w:t>
      </w:r>
    </w:p>
    <w:p w14:paraId="1497AEBF" w14:textId="77777777" w:rsidR="005C777E" w:rsidRDefault="007E58E0">
      <w:r>
        <w:t xml:space="preserve">    Conclusión: Tengo derecho al examen final.</w:t>
      </w:r>
    </w:p>
    <w:p w14:paraId="1A1786EB" w14:textId="77777777" w:rsidR="005C777E" w:rsidRDefault="007E58E0">
      <w:pPr>
        <w:pStyle w:val="ListNumber"/>
      </w:pPr>
      <w:r>
        <w:t>Ejercicio 2:</w:t>
      </w:r>
    </w:p>
    <w:p w14:paraId="139F9B53" w14:textId="77777777" w:rsidR="005C777E" w:rsidRDefault="007E58E0">
      <w:pPr>
        <w:ind w:left="360"/>
      </w:pPr>
      <w:r>
        <w:t xml:space="preserve">    Premisa 1: Si llueve, entonces se suspende el partido.</w:t>
      </w:r>
    </w:p>
    <w:p w14:paraId="6D166A3C" w14:textId="77777777" w:rsidR="005C777E" w:rsidRDefault="007E58E0">
      <w:pPr>
        <w:ind w:left="360"/>
      </w:pPr>
      <w:r>
        <w:t xml:space="preserve">    Premisa 2: Está lloviendo.</w:t>
      </w:r>
    </w:p>
    <w:p w14:paraId="0FF66AA6" w14:textId="77777777" w:rsidR="005C777E" w:rsidRDefault="007E58E0">
      <w:r>
        <w:t xml:space="preserve">    Conclusión: Se suspende el partido.</w:t>
      </w:r>
    </w:p>
    <w:p w14:paraId="7B6616AD" w14:textId="77777777" w:rsidR="005C777E" w:rsidRDefault="007E58E0">
      <w:pPr>
        <w:pStyle w:val="ListNumber"/>
      </w:pPr>
      <w:r>
        <w:t>Ejercicio 3:</w:t>
      </w:r>
    </w:p>
    <w:p w14:paraId="1680E9C7" w14:textId="77777777" w:rsidR="005C777E" w:rsidRDefault="007E58E0">
      <w:pPr>
        <w:ind w:left="360"/>
      </w:pPr>
      <w:r>
        <w:t xml:space="preserve">    Premisa 1: Todos los estudiantes que entregan a tiempo su proyecto obtienen puntos extra.</w:t>
      </w:r>
    </w:p>
    <w:p w14:paraId="6A9545BE" w14:textId="77777777" w:rsidR="005C777E" w:rsidRDefault="007E58E0">
      <w:pPr>
        <w:ind w:left="360"/>
      </w:pPr>
      <w:r>
        <w:t xml:space="preserve">    Premisa 2: Laura entregó su proyecto a tiempo.</w:t>
      </w:r>
    </w:p>
    <w:p w14:paraId="7BA16AAD" w14:textId="77777777" w:rsidR="005C777E" w:rsidRDefault="007E58E0">
      <w:r>
        <w:t xml:space="preserve">    Conclusión: Laura obtiene puntos extra.</w:t>
      </w:r>
    </w:p>
    <w:p w14:paraId="7A867B2F" w14:textId="77777777" w:rsidR="005C777E" w:rsidRDefault="007E58E0">
      <w:pPr>
        <w:pStyle w:val="ListNumber"/>
      </w:pPr>
      <w:r>
        <w:t>Ejercicio 4:</w:t>
      </w:r>
    </w:p>
    <w:p w14:paraId="1430C286" w14:textId="77777777" w:rsidR="005C777E" w:rsidRDefault="007E58E0">
      <w:pPr>
        <w:ind w:left="360"/>
      </w:pPr>
      <w:r>
        <w:t xml:space="preserve">    Premisa 1: Si estudio todos los días, mejoraré mis calificaciones.</w:t>
      </w:r>
    </w:p>
    <w:p w14:paraId="2DA33951" w14:textId="77777777" w:rsidR="005C777E" w:rsidRDefault="007E58E0">
      <w:pPr>
        <w:ind w:left="360"/>
      </w:pPr>
      <w:r>
        <w:t xml:space="preserve">    Premisa 2: He estado estudiando todos los días.</w:t>
      </w:r>
    </w:p>
    <w:p w14:paraId="69DA9976" w14:textId="77777777" w:rsidR="005C777E" w:rsidRDefault="007E58E0">
      <w:r>
        <w:t xml:space="preserve">    Conclusión: Mejoraré mis calificaciones.</w:t>
      </w:r>
    </w:p>
    <w:p w14:paraId="023E3730" w14:textId="77777777" w:rsidR="005C777E" w:rsidRDefault="007E58E0">
      <w:pPr>
        <w:pStyle w:val="ListNumber"/>
      </w:pPr>
      <w:r>
        <w:t>Ejercicio 5:</w:t>
      </w:r>
    </w:p>
    <w:p w14:paraId="27D7CE75" w14:textId="77777777" w:rsidR="005C777E" w:rsidRDefault="007E58E0">
      <w:pPr>
        <w:ind w:left="360"/>
      </w:pPr>
      <w:r>
        <w:t xml:space="preserve">    Premisa 1: Solo si el motor funciona, el auto arranca.</w:t>
      </w:r>
    </w:p>
    <w:p w14:paraId="1D1823D1" w14:textId="77777777" w:rsidR="005C777E" w:rsidRDefault="007E58E0">
      <w:pPr>
        <w:ind w:left="360"/>
      </w:pPr>
      <w:r>
        <w:t xml:space="preserve">    Premisa 2: El auto arrancó esta mañana.</w:t>
      </w:r>
    </w:p>
    <w:p w14:paraId="4222D414" w14:textId="77777777" w:rsidR="005C777E" w:rsidRDefault="007E58E0">
      <w:r>
        <w:t xml:space="preserve">    Conclusión: El motor funciona.</w:t>
      </w:r>
    </w:p>
    <w:p w14:paraId="4D2EE439" w14:textId="77777777" w:rsidR="005C777E" w:rsidRDefault="007E58E0">
      <w:pPr>
        <w:pStyle w:val="ListNumber"/>
      </w:pPr>
      <w:r>
        <w:t>Ejercicio 6:</w:t>
      </w:r>
    </w:p>
    <w:p w14:paraId="1AF63A32" w14:textId="77777777" w:rsidR="005C777E" w:rsidRDefault="007E58E0">
      <w:pPr>
        <w:ind w:left="360"/>
      </w:pPr>
      <w:r>
        <w:t xml:space="preserve">    Premisa 1: Si me acuesto tarde, estaré cansado al día siguiente.</w:t>
      </w:r>
    </w:p>
    <w:p w14:paraId="732361AF" w14:textId="77777777" w:rsidR="005C777E" w:rsidRDefault="007E58E0">
      <w:pPr>
        <w:ind w:left="360"/>
      </w:pPr>
      <w:r>
        <w:t xml:space="preserve">    Premisa 2: Me acosté tarde ayer.</w:t>
      </w:r>
    </w:p>
    <w:p w14:paraId="2F676864" w14:textId="77777777" w:rsidR="005C777E" w:rsidRDefault="007E58E0">
      <w:r>
        <w:lastRenderedPageBreak/>
        <w:t xml:space="preserve">    Conclusión: Estoy cansado hoy.</w:t>
      </w:r>
    </w:p>
    <w:p w14:paraId="2D1C9ADF" w14:textId="77777777" w:rsidR="005C777E" w:rsidRDefault="007E58E0">
      <w:pPr>
        <w:pStyle w:val="ListNumber"/>
      </w:pPr>
      <w:r>
        <w:t>Ejercicio 7:</w:t>
      </w:r>
    </w:p>
    <w:p w14:paraId="3D6E2EFC" w14:textId="77777777" w:rsidR="005C777E" w:rsidRDefault="007E58E0">
      <w:pPr>
        <w:ind w:left="360"/>
      </w:pPr>
      <w:r>
        <w:t xml:space="preserve">    Premisa 1: Todos los pájaros tienen alas.</w:t>
      </w:r>
    </w:p>
    <w:p w14:paraId="470D4872" w14:textId="77777777" w:rsidR="005C777E" w:rsidRDefault="007E58E0">
      <w:pPr>
        <w:ind w:left="360"/>
      </w:pPr>
      <w:r>
        <w:t xml:space="preserve">    Premisa 2: El colibrí es un pájaro.</w:t>
      </w:r>
    </w:p>
    <w:p w14:paraId="63A12184" w14:textId="77777777" w:rsidR="005C777E" w:rsidRDefault="007E58E0">
      <w:r>
        <w:t xml:space="preserve">    Conclusión: El colibrí tiene alas.</w:t>
      </w:r>
    </w:p>
    <w:p w14:paraId="378FB891" w14:textId="77777777" w:rsidR="005C777E" w:rsidRDefault="007E58E0">
      <w:pPr>
        <w:pStyle w:val="ListNumber"/>
      </w:pPr>
      <w:r>
        <w:t>Ejercicio 8:</w:t>
      </w:r>
    </w:p>
    <w:p w14:paraId="1FA876EF" w14:textId="77777777" w:rsidR="005C777E" w:rsidRDefault="007E58E0">
      <w:pPr>
        <w:ind w:left="360"/>
      </w:pPr>
      <w:r>
        <w:t xml:space="preserve">    Premisa 1: Si el software tiene errores, se generarán fallos en el sistema.</w:t>
      </w:r>
    </w:p>
    <w:p w14:paraId="1CE763A7" w14:textId="77777777" w:rsidR="005C777E" w:rsidRDefault="007E58E0">
      <w:pPr>
        <w:ind w:left="360"/>
      </w:pPr>
      <w:r>
        <w:t xml:space="preserve">    Premisa 2: El software tiene errores.</w:t>
      </w:r>
    </w:p>
    <w:p w14:paraId="73E6B350" w14:textId="77777777" w:rsidR="005C777E" w:rsidRDefault="007E58E0">
      <w:r>
        <w:t xml:space="preserve">    Conclusión: Se generarán fallos en el sistema.</w:t>
      </w:r>
    </w:p>
    <w:p w14:paraId="747A065C" w14:textId="77777777" w:rsidR="005C777E" w:rsidRDefault="007E58E0">
      <w:pPr>
        <w:pStyle w:val="ListNumber"/>
      </w:pPr>
      <w:r>
        <w:t>Ejercicio 9:</w:t>
      </w:r>
    </w:p>
    <w:p w14:paraId="0852F2D5" w14:textId="77777777" w:rsidR="005C777E" w:rsidRDefault="007E58E0">
      <w:pPr>
        <w:ind w:left="360"/>
      </w:pPr>
      <w:r>
        <w:t xml:space="preserve">    Premisa 1: Si el alumno no entrega la tarea, no aprueba la materia.</w:t>
      </w:r>
    </w:p>
    <w:p w14:paraId="713A8F25" w14:textId="77777777" w:rsidR="005C777E" w:rsidRDefault="007E58E0">
      <w:pPr>
        <w:ind w:left="360"/>
      </w:pPr>
      <w:r>
        <w:t xml:space="preserve">    Premisa 2: El alumno no entregó la tarea.</w:t>
      </w:r>
    </w:p>
    <w:p w14:paraId="6E92805D" w14:textId="77777777" w:rsidR="005C777E" w:rsidRDefault="007E58E0">
      <w:r>
        <w:t xml:space="preserve">    Conclusión: El alumno no aprueba la materia.</w:t>
      </w:r>
    </w:p>
    <w:p w14:paraId="05536ECB" w14:textId="77777777" w:rsidR="005C777E" w:rsidRDefault="007E58E0">
      <w:pPr>
        <w:pStyle w:val="ListNumber"/>
      </w:pPr>
      <w:r>
        <w:t>Ejercicio 10:</w:t>
      </w:r>
    </w:p>
    <w:p w14:paraId="6CCE10B9" w14:textId="77777777" w:rsidR="005C777E" w:rsidRDefault="007E58E0">
      <w:pPr>
        <w:ind w:left="360"/>
      </w:pPr>
      <w:r>
        <w:t xml:space="preserve">    Premisa 1: Solo si pago la inscripción, puedo acceder al curso.</w:t>
      </w:r>
    </w:p>
    <w:p w14:paraId="38648524" w14:textId="77777777" w:rsidR="005C777E" w:rsidRDefault="007E58E0">
      <w:pPr>
        <w:ind w:left="360"/>
      </w:pPr>
      <w:r>
        <w:t xml:space="preserve">    Premisa 2: No he pagado la inscripción.</w:t>
      </w:r>
    </w:p>
    <w:p w14:paraId="03547A58" w14:textId="77777777" w:rsidR="005C777E" w:rsidRDefault="007E58E0">
      <w:r>
        <w:t xml:space="preserve">    Conclusión: No puedo acceder al curso.</w:t>
      </w:r>
    </w:p>
    <w:sectPr w:rsidR="005C77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38836">
    <w:abstractNumId w:val="8"/>
  </w:num>
  <w:num w:numId="2" w16cid:durableId="1536890147">
    <w:abstractNumId w:val="6"/>
  </w:num>
  <w:num w:numId="3" w16cid:durableId="1844662783">
    <w:abstractNumId w:val="5"/>
  </w:num>
  <w:num w:numId="4" w16cid:durableId="1875344275">
    <w:abstractNumId w:val="4"/>
  </w:num>
  <w:num w:numId="5" w16cid:durableId="940995034">
    <w:abstractNumId w:val="7"/>
  </w:num>
  <w:num w:numId="6" w16cid:durableId="277879976">
    <w:abstractNumId w:val="3"/>
  </w:num>
  <w:num w:numId="7" w16cid:durableId="2127842359">
    <w:abstractNumId w:val="2"/>
  </w:num>
  <w:num w:numId="8" w16cid:durableId="1523279779">
    <w:abstractNumId w:val="1"/>
  </w:num>
  <w:num w:numId="9" w16cid:durableId="169288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777E"/>
    <w:rsid w:val="007E58E0"/>
    <w:rsid w:val="00AA1D8D"/>
    <w:rsid w:val="00B47730"/>
    <w:rsid w:val="00BC7F2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58894"/>
  <w14:defaultImageDpi w14:val="300"/>
  <w15:docId w15:val="{4ECBB445-7BC3-4D4F-8328-C774D72C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Francys Ortega</cp:lastModifiedBy>
  <cp:revision>2</cp:revision>
  <dcterms:created xsi:type="dcterms:W3CDTF">2025-07-30T03:31:00Z</dcterms:created>
  <dcterms:modified xsi:type="dcterms:W3CDTF">2025-07-30T03:31:00Z</dcterms:modified>
  <cp:category/>
</cp:coreProperties>
</file>