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9F6E8" w14:textId="08CC47CC" w:rsidR="0026783B" w:rsidRPr="00503F93" w:rsidRDefault="00503F93">
      <w:pPr>
        <w:pStyle w:val="Heading1"/>
        <w:rPr>
          <w:color w:val="auto"/>
          <w:lang w:val="es-VE"/>
        </w:rPr>
      </w:pPr>
      <w:r>
        <w:rPr>
          <w:noProof/>
          <w:color w:val="auto"/>
          <w:lang w:val="es-VE"/>
        </w:rPr>
        <w:drawing>
          <wp:anchor distT="0" distB="0" distL="114300" distR="114300" simplePos="0" relativeHeight="251657216" behindDoc="0" locked="0" layoutInCell="1" allowOverlap="1" wp14:anchorId="41C898B1" wp14:editId="0AD9B37E">
            <wp:simplePos x="0" y="0"/>
            <wp:positionH relativeFrom="column">
              <wp:posOffset>-60960</wp:posOffset>
            </wp:positionH>
            <wp:positionV relativeFrom="paragraph">
              <wp:posOffset>-381000</wp:posOffset>
            </wp:positionV>
            <wp:extent cx="1744980" cy="539247"/>
            <wp:effectExtent l="0" t="0" r="7620" b="0"/>
            <wp:wrapNone/>
            <wp:docPr id="1865528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539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475" w:rsidRPr="00503F93">
        <w:rPr>
          <w:color w:val="auto"/>
          <w:lang w:val="es-VE"/>
        </w:rPr>
        <w:t>EVALUACIÓN – TEMA II. OPERADORES</w:t>
      </w:r>
      <w:r w:rsidR="003B1DAC">
        <w:rPr>
          <w:color w:val="auto"/>
          <w:lang w:val="es-VE"/>
        </w:rPr>
        <w:t xml:space="preserve"> VALOR 15%</w:t>
      </w:r>
    </w:p>
    <w:p w14:paraId="6B121B5D" w14:textId="5B4811A0" w:rsidR="0026783B" w:rsidRPr="00503F93" w:rsidRDefault="00900475">
      <w:pPr>
        <w:rPr>
          <w:lang w:val="es-VE"/>
        </w:rPr>
      </w:pPr>
      <w:r w:rsidRPr="00503F93">
        <w:rPr>
          <w:lang w:val="es-VE"/>
        </w:rPr>
        <w:t>Materia: Lógica y Diagramación</w:t>
      </w:r>
      <w:r w:rsidRPr="00503F93">
        <w:rPr>
          <w:lang w:val="es-VE"/>
        </w:rPr>
        <w:tab/>
        <w:t>Docente: Prof. Francys Ortega</w:t>
      </w:r>
      <w:r w:rsidRPr="00503F93">
        <w:rPr>
          <w:lang w:val="es-VE"/>
        </w:rPr>
        <w:tab/>
      </w:r>
      <w:r>
        <w:rPr>
          <w:lang w:val="es-VE"/>
        </w:rPr>
        <w:t xml:space="preserve">               </w:t>
      </w:r>
      <w:r w:rsidRPr="00503F93">
        <w:rPr>
          <w:lang w:val="es-VE"/>
        </w:rPr>
        <w:t xml:space="preserve">Fecha: </w:t>
      </w:r>
      <w:r>
        <w:rPr>
          <w:lang w:val="es-VE"/>
        </w:rPr>
        <w:t>_______________</w:t>
      </w:r>
      <w:r w:rsidRPr="00503F93">
        <w:rPr>
          <w:lang w:val="es-VE"/>
        </w:rPr>
        <w:t>____________</w:t>
      </w:r>
    </w:p>
    <w:p w14:paraId="30B0AD02" w14:textId="6E15AC0C" w:rsidR="0026783B" w:rsidRPr="00503F93" w:rsidRDefault="00900475">
      <w:pPr>
        <w:rPr>
          <w:lang w:val="es-VE"/>
        </w:rPr>
      </w:pPr>
      <w:r w:rsidRPr="00503F93">
        <w:rPr>
          <w:lang w:val="es-VE"/>
        </w:rPr>
        <w:t>Nombre</w:t>
      </w:r>
      <w:r w:rsidR="00503F93">
        <w:rPr>
          <w:lang w:val="es-VE"/>
        </w:rPr>
        <w:t>s</w:t>
      </w:r>
      <w:r w:rsidRPr="00503F93">
        <w:rPr>
          <w:lang w:val="es-VE"/>
        </w:rPr>
        <w:t xml:space="preserve"> y apellido</w:t>
      </w:r>
      <w:r w:rsidR="00503F93">
        <w:rPr>
          <w:lang w:val="es-VE"/>
        </w:rPr>
        <w:t>s</w:t>
      </w:r>
      <w:r w:rsidRPr="00503F93">
        <w:rPr>
          <w:lang w:val="es-VE"/>
        </w:rPr>
        <w:t>: _____________________</w:t>
      </w:r>
      <w:r w:rsidR="00503F93">
        <w:rPr>
          <w:lang w:val="es-VE"/>
        </w:rPr>
        <w:t>_________________</w:t>
      </w:r>
      <w:r>
        <w:rPr>
          <w:lang w:val="es-VE"/>
        </w:rPr>
        <w:t>___________</w:t>
      </w:r>
      <w:r w:rsidR="00503F93">
        <w:rPr>
          <w:lang w:val="es-VE"/>
        </w:rPr>
        <w:t>_________</w:t>
      </w:r>
      <w:r w:rsidRPr="00503F93">
        <w:rPr>
          <w:lang w:val="es-VE"/>
        </w:rPr>
        <w:t>Carrera: _________</w:t>
      </w:r>
      <w:r>
        <w:rPr>
          <w:lang w:val="es-VE"/>
        </w:rPr>
        <w:t>__________</w:t>
      </w:r>
      <w:r w:rsidRPr="00503F93">
        <w:rPr>
          <w:lang w:val="es-VE"/>
        </w:rPr>
        <w:t>____________</w:t>
      </w:r>
    </w:p>
    <w:p w14:paraId="04E9E0B3" w14:textId="77777777" w:rsidR="0026783B" w:rsidRPr="00503F93" w:rsidRDefault="00900475">
      <w:pPr>
        <w:pStyle w:val="Heading2"/>
        <w:rPr>
          <w:color w:val="auto"/>
          <w:lang w:val="es-VE"/>
        </w:rPr>
      </w:pPr>
      <w:r w:rsidRPr="00503F93">
        <w:rPr>
          <w:color w:val="auto"/>
          <w:lang w:val="es-VE"/>
        </w:rPr>
        <w:t>PARTE 1: Valor 5%. 1 c/u</w:t>
      </w:r>
    </w:p>
    <w:p w14:paraId="1B5DE4A2" w14:textId="77777777" w:rsidR="0026783B" w:rsidRPr="00503F93" w:rsidRDefault="00900475">
      <w:pPr>
        <w:rPr>
          <w:lang w:val="es-VE"/>
        </w:rPr>
      </w:pPr>
      <w:r w:rsidRPr="00503F93">
        <w:rPr>
          <w:lang w:val="es-VE"/>
        </w:rPr>
        <w:t>Simboliza las siguientes proposiciones:</w:t>
      </w:r>
    </w:p>
    <w:p w14:paraId="4FE05C61" w14:textId="02C07519" w:rsidR="00BA7C4B" w:rsidRPr="00BA7C4B" w:rsidRDefault="00BA7C4B" w:rsidP="00BA7C4B">
      <w:pPr>
        <w:pStyle w:val="ListNumber"/>
        <w:rPr>
          <w:lang w:val="es-VE"/>
        </w:rPr>
      </w:pPr>
      <w:r w:rsidRPr="00BA7C4B">
        <w:rPr>
          <w:lang w:val="es-VE"/>
        </w:rPr>
        <w:t xml:space="preserve"> Si apruebo el examen, entonces celebraré con mis amigos; y si no apruebo, entonces me quedaré estudiando.</w:t>
      </w:r>
    </w:p>
    <w:p w14:paraId="6D44D179" w14:textId="4454BEF0" w:rsidR="00BA7C4B" w:rsidRPr="00BA7C4B" w:rsidRDefault="00BA7C4B" w:rsidP="00BA7C4B">
      <w:pPr>
        <w:pStyle w:val="ListNumber"/>
        <w:rPr>
          <w:lang w:val="es-VE"/>
        </w:rPr>
      </w:pPr>
      <w:r w:rsidRPr="00BA7C4B">
        <w:rPr>
          <w:lang w:val="es-VE"/>
        </w:rPr>
        <w:t>Si la plataforma está activa y no hay mantenimiento, entonces subiré la tarea o repasaré la lección.</w:t>
      </w:r>
    </w:p>
    <w:p w14:paraId="0424FFCE" w14:textId="1432B641" w:rsidR="00BA7C4B" w:rsidRPr="00BA7C4B" w:rsidRDefault="00BA7C4B" w:rsidP="00BA7C4B">
      <w:pPr>
        <w:pStyle w:val="ListNumber"/>
        <w:rPr>
          <w:lang w:val="es-VE"/>
        </w:rPr>
      </w:pPr>
      <w:r w:rsidRPr="00BA7C4B">
        <w:rPr>
          <w:lang w:val="es-VE"/>
        </w:rPr>
        <w:t>No es verdad que si el tráfico es pesado y se hace tarde entonces asistiré a la reunión.</w:t>
      </w:r>
    </w:p>
    <w:p w14:paraId="42A65CCA" w14:textId="177D9699" w:rsidR="0026783B" w:rsidRPr="00BA7C4B" w:rsidRDefault="00900475" w:rsidP="00BA7C4B">
      <w:pPr>
        <w:pStyle w:val="ListNumber"/>
        <w:rPr>
          <w:lang w:val="es-VE"/>
        </w:rPr>
      </w:pPr>
      <w:r w:rsidRPr="00BA7C4B">
        <w:rPr>
          <w:lang w:val="es-VE"/>
        </w:rPr>
        <w:t>Sean las siguientes proposiciones:</w:t>
      </w:r>
      <w:r w:rsidRPr="00BA7C4B">
        <w:rPr>
          <w:lang w:val="es-VE"/>
        </w:rPr>
        <w:br/>
      </w:r>
      <w:r w:rsidRPr="00BA7C4B">
        <w:rPr>
          <w:lang w:val="es-VE"/>
        </w:rPr>
        <w:br/>
        <w:t>p: Andrés estudia matemáticas.</w:t>
      </w:r>
      <w:r w:rsidRPr="00BA7C4B">
        <w:rPr>
          <w:lang w:val="es-VE"/>
        </w:rPr>
        <w:br/>
        <w:t>q: Andrés aprueba el examen.</w:t>
      </w:r>
      <w:r w:rsidRPr="00BA7C4B">
        <w:rPr>
          <w:lang w:val="es-VE"/>
        </w:rPr>
        <w:br/>
        <w:t>r: Andrés hace las tareas.</w:t>
      </w:r>
      <w:r w:rsidRPr="00BA7C4B">
        <w:rPr>
          <w:lang w:val="es-VE"/>
        </w:rPr>
        <w:br/>
        <w:t>s: Andrés suspende el curso.</w:t>
      </w:r>
      <w:r w:rsidRPr="00BA7C4B">
        <w:rPr>
          <w:lang w:val="es-VE"/>
        </w:rPr>
        <w:br/>
      </w:r>
      <w:r w:rsidRPr="00BA7C4B">
        <w:rPr>
          <w:lang w:val="es-VE"/>
        </w:rPr>
        <w:br/>
        <w:t>Simboliza:</w:t>
      </w:r>
      <w:r w:rsidRPr="00BA7C4B">
        <w:rPr>
          <w:lang w:val="es-VE"/>
        </w:rPr>
        <w:br/>
        <w:t>- Si Andrés no hace las tareas o no estudia matemáticas, entonces suspenderá el curso y no aprobará el examen.</w:t>
      </w:r>
      <w:r w:rsidRPr="00BA7C4B">
        <w:rPr>
          <w:lang w:val="es-VE"/>
        </w:rPr>
        <w:br/>
        <w:t>- Andrés aprueba el examen si y solo si hace las tareas y estudia matemáticas, o si suspende el curso entonces no es cierto que estudia matemáticas y no hace las tareas.</w:t>
      </w:r>
    </w:p>
    <w:p w14:paraId="03428DEC" w14:textId="7B3E875B" w:rsidR="0026783B" w:rsidRPr="003B1DAC" w:rsidRDefault="00900475">
      <w:pPr>
        <w:pStyle w:val="Heading2"/>
        <w:rPr>
          <w:color w:val="auto"/>
          <w:lang w:val="es-VE"/>
        </w:rPr>
      </w:pPr>
      <w:r w:rsidRPr="003B1DAC">
        <w:rPr>
          <w:color w:val="auto"/>
          <w:lang w:val="es-VE"/>
        </w:rPr>
        <w:t xml:space="preserve">PARTE 2: Valor </w:t>
      </w:r>
      <w:r w:rsidR="00503F93" w:rsidRPr="003B1DAC">
        <w:rPr>
          <w:color w:val="auto"/>
          <w:lang w:val="es-VE"/>
        </w:rPr>
        <w:t>6</w:t>
      </w:r>
      <w:r w:rsidRPr="003B1DAC">
        <w:rPr>
          <w:color w:val="auto"/>
          <w:lang w:val="es-VE"/>
        </w:rPr>
        <w:t xml:space="preserve">%. </w:t>
      </w:r>
      <w:r w:rsidR="00503F93" w:rsidRPr="003B1DAC">
        <w:rPr>
          <w:color w:val="auto"/>
          <w:lang w:val="es-VE"/>
        </w:rPr>
        <w:t>1</w:t>
      </w:r>
      <w:r w:rsidRPr="003B1DAC">
        <w:rPr>
          <w:color w:val="auto"/>
          <w:lang w:val="es-VE"/>
        </w:rPr>
        <w:t xml:space="preserve"> c/u</w:t>
      </w:r>
    </w:p>
    <w:p w14:paraId="2B4B56BA" w14:textId="77777777" w:rsidR="0026783B" w:rsidRPr="00503F93" w:rsidRDefault="00900475">
      <w:pPr>
        <w:rPr>
          <w:lang w:val="es-VE"/>
        </w:rPr>
      </w:pPr>
      <w:r w:rsidRPr="00503F93">
        <w:rPr>
          <w:lang w:val="es-VE"/>
        </w:rPr>
        <w:t>Sean las proposiciones:</w:t>
      </w:r>
      <w:r w:rsidRPr="00503F93">
        <w:rPr>
          <w:lang w:val="es-VE"/>
        </w:rPr>
        <w:br/>
      </w:r>
      <w:r w:rsidRPr="00503F93">
        <w:rPr>
          <w:lang w:val="es-VE"/>
        </w:rPr>
        <w:br/>
        <w:t>p: Carolina toca piano.</w:t>
      </w:r>
      <w:r w:rsidRPr="00503F93">
        <w:rPr>
          <w:lang w:val="es-VE"/>
        </w:rPr>
        <w:br/>
        <w:t>q: Daniel no juega baloncesto.</w:t>
      </w:r>
      <w:r w:rsidRPr="00503F93">
        <w:rPr>
          <w:lang w:val="es-VE"/>
        </w:rPr>
        <w:br/>
        <w:t>r: Sofía lee novelas.</w:t>
      </w:r>
      <w:r w:rsidRPr="00503F93">
        <w:rPr>
          <w:lang w:val="es-VE"/>
        </w:rPr>
        <w:br/>
        <w:t>s: Mateo corre en el estadio.</w:t>
      </w:r>
      <w:r w:rsidRPr="00503F93">
        <w:rPr>
          <w:lang w:val="es-VE"/>
        </w:rPr>
        <w:br/>
      </w:r>
      <w:r w:rsidRPr="00503F93">
        <w:rPr>
          <w:lang w:val="es-VE"/>
        </w:rPr>
        <w:br/>
        <w:t>Traduce al lenguaje cotidiano:</w:t>
      </w:r>
    </w:p>
    <w:p w14:paraId="044AD5B3" w14:textId="7D23CF68" w:rsidR="0026783B" w:rsidRDefault="00900475" w:rsidP="00503F93">
      <w:pPr>
        <w:pStyle w:val="ListNumber"/>
        <w:numPr>
          <w:ilvl w:val="0"/>
          <w:numId w:val="13"/>
        </w:numPr>
        <w:rPr>
          <w:lang w:val="es-VE"/>
        </w:rPr>
      </w:pPr>
      <w:r w:rsidRPr="00503F93">
        <w:rPr>
          <w:lang w:val="es-VE"/>
        </w:rPr>
        <w:t>(p ∧ ∼q) → (r ∨ s)</w:t>
      </w:r>
    </w:p>
    <w:p w14:paraId="45F4DA04" w14:textId="19ACE0C5" w:rsidR="0026783B" w:rsidRPr="00503F93" w:rsidRDefault="00900475" w:rsidP="00503F93">
      <w:pPr>
        <w:pStyle w:val="ListNumber"/>
        <w:numPr>
          <w:ilvl w:val="0"/>
          <w:numId w:val="13"/>
        </w:numPr>
        <w:rPr>
          <w:lang w:val="es-VE"/>
        </w:rPr>
      </w:pPr>
      <w:r w:rsidRPr="00503F93">
        <w:rPr>
          <w:lang w:val="es-VE"/>
        </w:rPr>
        <w:t>∼q ∧ (r ∨ ∼p)</w:t>
      </w:r>
    </w:p>
    <w:p w14:paraId="5D5CA8D0" w14:textId="7B12364E" w:rsidR="0026783B" w:rsidRDefault="00900475" w:rsidP="00503F93">
      <w:pPr>
        <w:pStyle w:val="ListNumber"/>
        <w:numPr>
          <w:ilvl w:val="0"/>
          <w:numId w:val="13"/>
        </w:numPr>
      </w:pPr>
      <w:r>
        <w:t xml:space="preserve">q → (∼p ∨ ∼q) ∧ r → (s ∨ </w:t>
      </w:r>
      <w:proofErr w:type="gramStart"/>
      <w:r>
        <w:t>∼(</w:t>
      </w:r>
      <w:proofErr w:type="gramEnd"/>
      <w:r>
        <w:t>p ∧ s))</w:t>
      </w:r>
    </w:p>
    <w:p w14:paraId="46C519D7" w14:textId="1D35690F" w:rsidR="0026783B" w:rsidRDefault="00900475" w:rsidP="00503F93">
      <w:pPr>
        <w:pStyle w:val="ListNumber"/>
        <w:numPr>
          <w:ilvl w:val="0"/>
          <w:numId w:val="13"/>
        </w:numPr>
      </w:pPr>
      <w:r>
        <w:t>(p → q) ∧ (∼q) ∨ r</w:t>
      </w:r>
    </w:p>
    <w:p w14:paraId="127D24A0" w14:textId="73F57463" w:rsidR="0026783B" w:rsidRDefault="00900475" w:rsidP="00503F93">
      <w:pPr>
        <w:pStyle w:val="ListNumber"/>
        <w:numPr>
          <w:ilvl w:val="0"/>
          <w:numId w:val="13"/>
        </w:numPr>
      </w:pPr>
      <w:r>
        <w:t>(p ∨ q) → (∼r ∧ q) → (q → r)</w:t>
      </w:r>
    </w:p>
    <w:p w14:paraId="65F2C798" w14:textId="6CCB3A04" w:rsidR="0026783B" w:rsidRDefault="00900475" w:rsidP="00503F93">
      <w:pPr>
        <w:pStyle w:val="ListNumber"/>
        <w:numPr>
          <w:ilvl w:val="0"/>
          <w:numId w:val="13"/>
        </w:numPr>
      </w:pPr>
      <w:r>
        <w:t xml:space="preserve">p → </w:t>
      </w:r>
      <w:proofErr w:type="gramStart"/>
      <w:r>
        <w:t>∼(</w:t>
      </w:r>
      <w:proofErr w:type="gramEnd"/>
      <w:r>
        <w:t>q ∨ ∼s)</w:t>
      </w:r>
    </w:p>
    <w:p w14:paraId="0444580B" w14:textId="3301C86D" w:rsidR="0026783B" w:rsidRPr="003B1DAC" w:rsidRDefault="00900475">
      <w:pPr>
        <w:pStyle w:val="Heading2"/>
        <w:rPr>
          <w:color w:val="auto"/>
          <w:lang w:val="es-VE"/>
        </w:rPr>
      </w:pPr>
      <w:r w:rsidRPr="003B1DAC">
        <w:rPr>
          <w:color w:val="auto"/>
          <w:lang w:val="es-VE"/>
        </w:rPr>
        <w:t xml:space="preserve">PARTE 3: Valor </w:t>
      </w:r>
      <w:r w:rsidR="00503F93" w:rsidRPr="003B1DAC">
        <w:rPr>
          <w:color w:val="auto"/>
          <w:lang w:val="es-VE"/>
        </w:rPr>
        <w:t>4</w:t>
      </w:r>
      <w:r w:rsidRPr="003B1DAC">
        <w:rPr>
          <w:color w:val="auto"/>
          <w:lang w:val="es-VE"/>
        </w:rPr>
        <w:t xml:space="preserve">%. </w:t>
      </w:r>
      <w:r w:rsidR="00503F93" w:rsidRPr="003B1DAC">
        <w:rPr>
          <w:color w:val="auto"/>
          <w:lang w:val="es-VE"/>
        </w:rPr>
        <w:t>1</w:t>
      </w:r>
      <w:r w:rsidRPr="003B1DAC">
        <w:rPr>
          <w:color w:val="auto"/>
          <w:lang w:val="es-VE"/>
        </w:rPr>
        <w:t xml:space="preserve"> c/u – Resuelve</w:t>
      </w:r>
    </w:p>
    <w:p w14:paraId="4CF263D4" w14:textId="77777777" w:rsidR="0026783B" w:rsidRDefault="00900475">
      <w:pPr>
        <w:pStyle w:val="ListNumber"/>
      </w:pPr>
      <w:r>
        <w:t>150 ÷ (8 + 7) × 4 – 20</w:t>
      </w:r>
    </w:p>
    <w:p w14:paraId="09ECA0F3" w14:textId="77777777" w:rsidR="0026783B" w:rsidRDefault="00900475">
      <w:pPr>
        <w:pStyle w:val="ListNumber"/>
      </w:pPr>
      <w:r>
        <w:t xml:space="preserve">(30 + 5) × 2 – (48 ÷ 6) + (12 – </w:t>
      </w:r>
      <w:proofErr w:type="gramStart"/>
      <w:r>
        <w:t>4)²</w:t>
      </w:r>
      <w:proofErr w:type="gramEnd"/>
    </w:p>
    <w:p w14:paraId="55E73117" w14:textId="77777777" w:rsidR="0026783B" w:rsidRDefault="00900475">
      <w:pPr>
        <w:pStyle w:val="ListNumber"/>
      </w:pPr>
      <w:r>
        <w:t>(60 ÷ 5 + 3 × 6) – (18 ÷ 3 × 4)</w:t>
      </w:r>
    </w:p>
    <w:p w14:paraId="21531CA5" w14:textId="77777777" w:rsidR="0026783B" w:rsidRDefault="00900475">
      <w:pPr>
        <w:pStyle w:val="ListNumber"/>
      </w:pPr>
      <w:r>
        <w:t>((40 – 10) ÷ 5) × 6 + (9 + 3) × (10 – 4) – (20 × 2) ÷ 8</w:t>
      </w:r>
    </w:p>
    <w:sectPr w:rsidR="0026783B" w:rsidSect="003B1D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C66F8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D61062"/>
    <w:multiLevelType w:val="hybridMultilevel"/>
    <w:tmpl w:val="45DC80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72E04"/>
    <w:multiLevelType w:val="hybridMultilevel"/>
    <w:tmpl w:val="B3EE277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A76BC"/>
    <w:multiLevelType w:val="hybridMultilevel"/>
    <w:tmpl w:val="92A65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04372"/>
    <w:multiLevelType w:val="hybridMultilevel"/>
    <w:tmpl w:val="067C21A2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358279">
    <w:abstractNumId w:val="8"/>
  </w:num>
  <w:num w:numId="2" w16cid:durableId="916986324">
    <w:abstractNumId w:val="6"/>
  </w:num>
  <w:num w:numId="3" w16cid:durableId="263734829">
    <w:abstractNumId w:val="5"/>
  </w:num>
  <w:num w:numId="4" w16cid:durableId="747387171">
    <w:abstractNumId w:val="4"/>
  </w:num>
  <w:num w:numId="5" w16cid:durableId="1012105199">
    <w:abstractNumId w:val="7"/>
  </w:num>
  <w:num w:numId="6" w16cid:durableId="1811436748">
    <w:abstractNumId w:val="3"/>
  </w:num>
  <w:num w:numId="7" w16cid:durableId="1701784022">
    <w:abstractNumId w:val="2"/>
  </w:num>
  <w:num w:numId="8" w16cid:durableId="232591527">
    <w:abstractNumId w:val="1"/>
  </w:num>
  <w:num w:numId="9" w16cid:durableId="1535196612">
    <w:abstractNumId w:val="0"/>
  </w:num>
  <w:num w:numId="10" w16cid:durableId="1233078439">
    <w:abstractNumId w:val="12"/>
  </w:num>
  <w:num w:numId="11" w16cid:durableId="745304944">
    <w:abstractNumId w:val="10"/>
  </w:num>
  <w:num w:numId="12" w16cid:durableId="1696540722">
    <w:abstractNumId w:val="9"/>
  </w:num>
  <w:num w:numId="13" w16cid:durableId="1041245962">
    <w:abstractNumId w:val="11"/>
  </w:num>
  <w:num w:numId="14" w16cid:durableId="7570978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13EF"/>
    <w:rsid w:val="0015074B"/>
    <w:rsid w:val="0026783B"/>
    <w:rsid w:val="0029639D"/>
    <w:rsid w:val="00326F90"/>
    <w:rsid w:val="003B1DAC"/>
    <w:rsid w:val="00503F93"/>
    <w:rsid w:val="00813A17"/>
    <w:rsid w:val="00900475"/>
    <w:rsid w:val="00AA1D8D"/>
    <w:rsid w:val="00B47730"/>
    <w:rsid w:val="00BA7C4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75B1A4"/>
  <w14:defaultImageDpi w14:val="300"/>
  <w15:docId w15:val="{E6B992E9-D274-433F-BB7D-152260FB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A7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Francys Ortega</cp:lastModifiedBy>
  <cp:revision>4</cp:revision>
  <dcterms:created xsi:type="dcterms:W3CDTF">2025-08-19T14:23:00Z</dcterms:created>
  <dcterms:modified xsi:type="dcterms:W3CDTF">2026-06-22T12:52:00Z</dcterms:modified>
  <cp:category/>
</cp:coreProperties>
</file>